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D91F" w14:textId="0035515C" w:rsidR="00C66547" w:rsidRDefault="5E9EFB94"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 w:rsidR="00977B4D">
        <w:br/>
      </w:r>
      <w:r>
        <w:t xml:space="preserve">Datum,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rođenja</w:t>
      </w:r>
      <w:proofErr w:type="spellEnd"/>
      <w:r w:rsidR="00977B4D">
        <w:br/>
      </w:r>
      <w:r>
        <w:t>OIB</w:t>
      </w:r>
      <w:r w:rsidR="00977B4D">
        <w:br/>
      </w:r>
      <w:proofErr w:type="spellStart"/>
      <w:r>
        <w:t>Adresa</w:t>
      </w:r>
      <w:proofErr w:type="spellEnd"/>
      <w:r w:rsidR="00977B4D">
        <w:br/>
      </w:r>
      <w:r>
        <w:t>Tel. / mob.</w:t>
      </w:r>
      <w:r w:rsidR="00977B4D">
        <w:br/>
      </w:r>
      <w:r w:rsidR="00977B4D">
        <w:br/>
      </w:r>
      <w:proofErr w:type="spellStart"/>
      <w:r>
        <w:t>Sinj</w:t>
      </w:r>
      <w:proofErr w:type="spellEnd"/>
      <w:r>
        <w:t xml:space="preserve">, ________________ 20__. </w:t>
      </w:r>
      <w:proofErr w:type="spellStart"/>
      <w:r>
        <w:t>godine</w:t>
      </w:r>
      <w:proofErr w:type="spellEnd"/>
      <w:r>
        <w:t>.</w:t>
      </w:r>
      <w:r w:rsidR="00977B4D">
        <w:br/>
      </w:r>
    </w:p>
    <w:p w14:paraId="3BD1D34E" w14:textId="77777777" w:rsidR="00C66547" w:rsidRDefault="00977B4D">
      <w:pPr>
        <w:jc w:val="center"/>
      </w:pPr>
      <w:r>
        <w:rPr>
          <w:b/>
        </w:rPr>
        <w:t>GRAD SINJ</w:t>
      </w:r>
      <w:r>
        <w:rPr>
          <w:b/>
        </w:rPr>
        <w:br/>
      </w:r>
      <w:proofErr w:type="spellStart"/>
      <w:r>
        <w:rPr>
          <w:b/>
        </w:rPr>
        <w:t>Ured</w:t>
      </w:r>
      <w:proofErr w:type="spellEnd"/>
      <w:r>
        <w:rPr>
          <w:b/>
        </w:rPr>
        <w:t xml:space="preserve"> Grada</w:t>
      </w:r>
      <w:r>
        <w:rPr>
          <w:b/>
        </w:rPr>
        <w:br/>
      </w:r>
      <w:r>
        <w:rPr>
          <w:b/>
        </w:rPr>
        <w:br/>
        <w:t>ZAHTJEV</w:t>
      </w:r>
      <w:r>
        <w:rPr>
          <w:b/>
        </w:rPr>
        <w:br/>
      </w:r>
    </w:p>
    <w:p w14:paraId="157B410A" w14:textId="77777777" w:rsidR="00C66547" w:rsidRDefault="00977B4D">
      <w:r>
        <w:t xml:space="preserve">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ostvarila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dječje</w:t>
      </w:r>
      <w:proofErr w:type="spellEnd"/>
      <w:r>
        <w:t xml:space="preserve"> </w:t>
      </w:r>
      <w:proofErr w:type="spellStart"/>
      <w:r>
        <w:t>vrtiće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Sinja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popunjenosti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u </w:t>
      </w:r>
      <w:proofErr w:type="gramStart"/>
      <w:r>
        <w:t>2026./</w:t>
      </w:r>
      <w:proofErr w:type="gramEnd"/>
      <w:r>
        <w:t xml:space="preserve">2027. </w:t>
      </w:r>
      <w:proofErr w:type="spellStart"/>
      <w:r>
        <w:t>pedagoškoj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>.</w:t>
      </w:r>
    </w:p>
    <w:p w14:paraId="1D159846" w14:textId="77777777" w:rsidR="00C66547" w:rsidRDefault="00977B4D">
      <w:proofErr w:type="spellStart"/>
      <w:r>
        <w:t>Molim</w:t>
      </w:r>
      <w:proofErr w:type="spellEnd"/>
      <w:r>
        <w:t xml:space="preserve"> </w:t>
      </w:r>
      <w:proofErr w:type="spellStart"/>
      <w:r>
        <w:t>naslov</w:t>
      </w:r>
      <w:proofErr w:type="spellEnd"/>
      <w:r>
        <w:t xml:space="preserve"> da mi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 xml:space="preserve"> / </w:t>
      </w:r>
      <w:proofErr w:type="spellStart"/>
      <w:r>
        <w:t>djecu</w:t>
      </w:r>
      <w:proofErr w:type="spellEnd"/>
      <w:r>
        <w:t>:</w:t>
      </w:r>
    </w:p>
    <w:p w14:paraId="12F0376F" w14:textId="77777777" w:rsidR="00C66547" w:rsidRDefault="00977B4D">
      <w:r>
        <w:t>_________________________________</w:t>
      </w:r>
      <w:proofErr w:type="gramStart"/>
      <w:r>
        <w:t xml:space="preserve">_  </w:t>
      </w:r>
      <w:proofErr w:type="gramEnd"/>
      <w:r>
        <w:t xml:space="preserve"> OIB: ______________________________</w:t>
      </w:r>
    </w:p>
    <w:p w14:paraId="4AD72C1E" w14:textId="77777777" w:rsidR="00C66547" w:rsidRDefault="00977B4D">
      <w:r>
        <w:t>_________________________________</w:t>
      </w:r>
      <w:proofErr w:type="gramStart"/>
      <w:r>
        <w:t xml:space="preserve">_  </w:t>
      </w:r>
      <w:proofErr w:type="gramEnd"/>
      <w:r>
        <w:t xml:space="preserve"> OIB: ______________________________</w:t>
      </w:r>
    </w:p>
    <w:p w14:paraId="33939C9A" w14:textId="77777777" w:rsidR="00C66547" w:rsidRDefault="00977B4D"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>/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/a u DV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popunjenosti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u </w:t>
      </w:r>
      <w:proofErr w:type="gramStart"/>
      <w:r>
        <w:t>2026./</w:t>
      </w:r>
      <w:proofErr w:type="gramEnd"/>
      <w:r>
        <w:t xml:space="preserve">2027. </w:t>
      </w:r>
      <w:proofErr w:type="spellStart"/>
      <w:r>
        <w:t>pedagoškoj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>.</w:t>
      </w:r>
    </w:p>
    <w:p w14:paraId="61119D73" w14:textId="77777777" w:rsidR="00C66547" w:rsidRDefault="00977B4D">
      <w:r>
        <w:t xml:space="preserve">U </w:t>
      </w:r>
      <w:proofErr w:type="spellStart"/>
      <w:r>
        <w:t>privitku</w:t>
      </w:r>
      <w:proofErr w:type="spellEnd"/>
      <w:r>
        <w:t xml:space="preserve"> </w:t>
      </w:r>
      <w:proofErr w:type="spellStart"/>
      <w:r>
        <w:t>dostavljam</w:t>
      </w:r>
      <w:proofErr w:type="spellEnd"/>
      <w:r>
        <w:t>:</w:t>
      </w:r>
    </w:p>
    <w:p w14:paraId="23E4061E" w14:textId="77777777" w:rsidR="00C66547" w:rsidRDefault="00977B4D">
      <w:r>
        <w:t xml:space="preserve">- </w:t>
      </w:r>
      <w:proofErr w:type="spellStart"/>
      <w:r>
        <w:t>Preslike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iskaznica</w:t>
      </w:r>
      <w:proofErr w:type="spellEnd"/>
      <w:r>
        <w:t xml:space="preserve"> ILI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prebivalištu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>/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(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vidljiv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).</w:t>
      </w:r>
    </w:p>
    <w:p w14:paraId="178B9A15" w14:textId="77777777" w:rsidR="00C66547" w:rsidRDefault="00977B4D">
      <w:r>
        <w:t xml:space="preserve">- IBAN </w:t>
      </w:r>
      <w:proofErr w:type="spellStart"/>
      <w:r>
        <w:t>podnositelja</w:t>
      </w:r>
      <w:proofErr w:type="spellEnd"/>
      <w:r>
        <w:t>.</w:t>
      </w:r>
    </w:p>
    <w:p w14:paraId="05029FE6" w14:textId="77777777" w:rsidR="00C66547" w:rsidRDefault="00977B4D">
      <w:r>
        <w:t xml:space="preserve">IZJAVA (PRIVOLA): </w:t>
      </w:r>
      <w:proofErr w:type="spellStart"/>
      <w:r>
        <w:t>Izjavljujem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vlastoručnim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potvrđujem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priloženoj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točni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ovlašćujem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dajem</w:t>
      </w:r>
      <w:proofErr w:type="spellEnd"/>
      <w:r>
        <w:t xml:space="preserve"> </w:t>
      </w:r>
      <w:proofErr w:type="spellStart"/>
      <w:r>
        <w:t>privolu</w:t>
      </w:r>
      <w:proofErr w:type="spellEnd"/>
      <w:r>
        <w:t xml:space="preserve"> </w:t>
      </w:r>
      <w:proofErr w:type="spellStart"/>
      <w:r>
        <w:t>Gradu</w:t>
      </w:r>
      <w:proofErr w:type="spellEnd"/>
      <w:r>
        <w:t xml:space="preserve"> Sinju da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prikupljati</w:t>
      </w:r>
      <w:proofErr w:type="spellEnd"/>
      <w:r>
        <w:t xml:space="preserve">, </w:t>
      </w:r>
      <w:proofErr w:type="spellStart"/>
      <w:r>
        <w:t>provjeravati</w:t>
      </w:r>
      <w:proofErr w:type="spellEnd"/>
      <w:r>
        <w:t xml:space="preserve">, </w:t>
      </w:r>
      <w:proofErr w:type="spellStart"/>
      <w:r>
        <w:t>obrađivati</w:t>
      </w:r>
      <w:proofErr w:type="spellEnd"/>
      <w:r>
        <w:t xml:space="preserve">,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Općom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(GDPR)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a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neupisano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DV ______________________ (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vrtića</w:t>
      </w:r>
      <w:proofErr w:type="spellEnd"/>
      <w:r>
        <w:t>).</w:t>
      </w:r>
    </w:p>
    <w:p w14:paraId="3298D1F5" w14:textId="77777777" w:rsidR="00C66547" w:rsidRDefault="00977B4D">
      <w:r>
        <w:br/>
      </w:r>
      <w:proofErr w:type="spellStart"/>
      <w:r>
        <w:t>Podnositelj</w:t>
      </w:r>
      <w:proofErr w:type="spellEnd"/>
      <w:r>
        <w:t xml:space="preserve"> </w:t>
      </w:r>
      <w:proofErr w:type="spellStart"/>
      <w:r>
        <w:t>zamolbe</w:t>
      </w:r>
      <w:proofErr w:type="spellEnd"/>
      <w:r>
        <w:br/>
      </w:r>
      <w:r>
        <w:br/>
        <w:t>________________________</w:t>
      </w:r>
    </w:p>
    <w:sectPr w:rsidR="00C6654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590050">
    <w:abstractNumId w:val="5"/>
  </w:num>
  <w:num w:numId="2" w16cid:durableId="1140072813">
    <w:abstractNumId w:val="8"/>
  </w:num>
  <w:num w:numId="3" w16cid:durableId="1168792540">
    <w:abstractNumId w:val="4"/>
  </w:num>
  <w:num w:numId="4" w16cid:durableId="1300572067">
    <w:abstractNumId w:val="3"/>
  </w:num>
  <w:num w:numId="5" w16cid:durableId="1325087538">
    <w:abstractNumId w:val="7"/>
  </w:num>
  <w:num w:numId="6" w16cid:durableId="310713390">
    <w:abstractNumId w:val="6"/>
  </w:num>
  <w:num w:numId="7" w16cid:durableId="43457432">
    <w:abstractNumId w:val="0"/>
  </w:num>
  <w:num w:numId="8" w16cid:durableId="530384773">
    <w:abstractNumId w:val="2"/>
  </w:num>
  <w:num w:numId="9" w16cid:durableId="585119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6C19"/>
    <w:rsid w:val="00582751"/>
    <w:rsid w:val="00977B4D"/>
    <w:rsid w:val="00AA1D8D"/>
    <w:rsid w:val="00B47730"/>
    <w:rsid w:val="00C66547"/>
    <w:rsid w:val="00CB0664"/>
    <w:rsid w:val="00FC693F"/>
    <w:rsid w:val="5E9EF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DC14E07-A50B-4DF8-A4D5-1EB39E21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Stipan Samardžić</dc:creator>
  <cp:keywords/>
  <dc:description>generated by python-docx</dc:description>
  <cp:lastModifiedBy>Ivan Šušnjara</cp:lastModifiedBy>
  <cp:revision>2</cp:revision>
  <dcterms:created xsi:type="dcterms:W3CDTF">2026-09-30T18:41:00Z</dcterms:created>
  <dcterms:modified xsi:type="dcterms:W3CDTF">2026-09-30T18:41:00Z</dcterms:modified>
  <cp:category/>
</cp:coreProperties>
</file>