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49AC9" w14:textId="77777777" w:rsidR="00ED5FBE" w:rsidRDefault="00ED5FBE">
      <w:pPr>
        <w:pStyle w:val="Naslov"/>
        <w:jc w:val="center"/>
        <w:rPr>
          <w:b/>
          <w:color w:val="000000"/>
          <w:sz w:val="32"/>
        </w:rPr>
      </w:pPr>
    </w:p>
    <w:p w14:paraId="44972F33" w14:textId="77777777" w:rsidR="00ED5FBE" w:rsidRDefault="00ED5FBE">
      <w:pPr>
        <w:pStyle w:val="Naslov"/>
        <w:jc w:val="center"/>
        <w:rPr>
          <w:b/>
          <w:color w:val="000000"/>
          <w:sz w:val="32"/>
        </w:rPr>
      </w:pPr>
    </w:p>
    <w:p w14:paraId="0C16E527" w14:textId="7FE30DD9" w:rsidR="00564893" w:rsidRDefault="00000000">
      <w:pPr>
        <w:pStyle w:val="Naslov"/>
        <w:jc w:val="center"/>
      </w:pPr>
      <w:r>
        <w:rPr>
          <w:b/>
          <w:color w:val="000000"/>
          <w:sz w:val="32"/>
        </w:rPr>
        <w:t>IZJAVA</w:t>
      </w:r>
    </w:p>
    <w:p w14:paraId="6561B094" w14:textId="77777777" w:rsidR="00564893" w:rsidRDefault="00000000">
      <w:pPr>
        <w:jc w:val="center"/>
      </w:pPr>
      <w:r>
        <w:t>o nekorištenju druge stipendije</w:t>
      </w:r>
    </w:p>
    <w:p w14:paraId="04A4E077" w14:textId="77777777" w:rsidR="00ED5FBE" w:rsidRDefault="00ED5FBE"/>
    <w:p w14:paraId="6FC00C6F" w14:textId="76FA8A9F" w:rsidR="00564893" w:rsidRDefault="00000000">
      <w:r>
        <w:t xml:space="preserve">Ime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>: ________________________________________</w:t>
      </w:r>
    </w:p>
    <w:p w14:paraId="7A49502F" w14:textId="35868A8B" w:rsidR="00ED5FBE" w:rsidRDefault="00ED5FBE">
      <w:r>
        <w:t>OIB: ____________________</w:t>
      </w:r>
    </w:p>
    <w:p w14:paraId="35A9E307" w14:textId="77777777" w:rsidR="00564893" w:rsidRDefault="00000000">
      <w:r>
        <w:t>Adresa prebivališta: ____________________________________________</w:t>
      </w:r>
    </w:p>
    <w:p w14:paraId="5177622D" w14:textId="77777777" w:rsidR="00564893" w:rsidRDefault="00000000">
      <w:r>
        <w:t>____________________________________________________________</w:t>
      </w:r>
    </w:p>
    <w:p w14:paraId="6BFE41FF" w14:textId="77777777" w:rsidR="00564893" w:rsidRDefault="00000000">
      <w:r>
        <w:t>Izjavljujem da nisam korisnik/korisnica druge stipendije.</w:t>
      </w:r>
    </w:p>
    <w:p w14:paraId="1436B1D3" w14:textId="77777777" w:rsidR="00564893" w:rsidRDefault="00000000">
      <w:r>
        <w:t>Ovu izjavu dajem u svrhu prijave na natječaj za dodjelu studentskih stipendija Grada Sinja.</w:t>
      </w:r>
    </w:p>
    <w:p w14:paraId="1150AB92" w14:textId="77777777" w:rsidR="00564893" w:rsidRDefault="00000000">
      <w:r>
        <w:t>Vlastoručnim potpisom potvrđujem istinitost ove izjave.</w:t>
      </w:r>
    </w:p>
    <w:p w14:paraId="5ED2B131" w14:textId="77777777" w:rsidR="00564893" w:rsidRDefault="00000000">
      <w:r>
        <w:br/>
        <w:t>U ______________________, dana ______________________ godine.</w:t>
      </w:r>
    </w:p>
    <w:p w14:paraId="53E484A2" w14:textId="77777777" w:rsidR="00564893" w:rsidRDefault="00000000">
      <w:pPr>
        <w:jc w:val="right"/>
      </w:pPr>
      <w:r>
        <w:br/>
      </w:r>
      <w:r>
        <w:br/>
        <w:t>________________________________</w:t>
      </w:r>
      <w:r>
        <w:br/>
        <w:t>Vlastoručni potpis kandidata</w:t>
      </w:r>
    </w:p>
    <w:sectPr w:rsidR="00564893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7142686">
    <w:abstractNumId w:val="8"/>
  </w:num>
  <w:num w:numId="2" w16cid:durableId="1933008076">
    <w:abstractNumId w:val="6"/>
  </w:num>
  <w:num w:numId="3" w16cid:durableId="273757545">
    <w:abstractNumId w:val="5"/>
  </w:num>
  <w:num w:numId="4" w16cid:durableId="264196774">
    <w:abstractNumId w:val="4"/>
  </w:num>
  <w:num w:numId="5" w16cid:durableId="1624338736">
    <w:abstractNumId w:val="7"/>
  </w:num>
  <w:num w:numId="6" w16cid:durableId="1148323239">
    <w:abstractNumId w:val="3"/>
  </w:num>
  <w:num w:numId="7" w16cid:durableId="1816095372">
    <w:abstractNumId w:val="2"/>
  </w:num>
  <w:num w:numId="8" w16cid:durableId="1878853282">
    <w:abstractNumId w:val="1"/>
  </w:num>
  <w:num w:numId="9" w16cid:durableId="1333415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3A2"/>
    <w:rsid w:val="0006063C"/>
    <w:rsid w:val="0015074B"/>
    <w:rsid w:val="001D2C10"/>
    <w:rsid w:val="0029639D"/>
    <w:rsid w:val="00326F90"/>
    <w:rsid w:val="00564893"/>
    <w:rsid w:val="00AA1D8D"/>
    <w:rsid w:val="00B47730"/>
    <w:rsid w:val="00CB0664"/>
    <w:rsid w:val="00CC21AE"/>
    <w:rsid w:val="00ED5F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F130D6"/>
  <w14:defaultImageDpi w14:val="300"/>
  <w15:docId w15:val="{AB5241AD-48E5-4434-9CA9-1235C0EF2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280"/>
    </w:pPr>
    <w:rPr>
      <w:rFonts w:ascii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spacing w:before="20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Božena Romac</cp:lastModifiedBy>
  <cp:revision>2</cp:revision>
  <cp:lastPrinted>2026-10-08T07:49:00Z</cp:lastPrinted>
  <dcterms:created xsi:type="dcterms:W3CDTF">2026-10-08T07:59:00Z</dcterms:created>
  <dcterms:modified xsi:type="dcterms:W3CDTF">2026-10-08T07:59:00Z</dcterms:modified>
  <cp:category/>
</cp:coreProperties>
</file>